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7145" w14:textId="77777777" w:rsidR="0006587E" w:rsidRDefault="00EA25CB">
      <w:pPr>
        <w:spacing w:after="40"/>
        <w:jc w:val="center"/>
      </w:pPr>
      <w:r>
        <w:rPr>
          <w:rFonts w:ascii="Arial" w:hAnsi="Arial"/>
          <w:b/>
          <w:color w:val="1A365D"/>
          <w:sz w:val="22"/>
        </w:rPr>
        <w:t>ISTITUTO DI ISTRUZIONE SECONDARIA SUPERIORE “S. PUGLIATTI”</w:t>
      </w:r>
    </w:p>
    <w:p w14:paraId="75932986" w14:textId="77777777" w:rsidR="0006587E" w:rsidRDefault="00EA25CB">
      <w:pPr>
        <w:spacing w:after="40"/>
        <w:jc w:val="center"/>
      </w:pPr>
      <w:r>
        <w:rPr>
          <w:rFonts w:ascii="Arial" w:hAnsi="Arial"/>
          <w:color w:val="444444"/>
          <w:sz w:val="17"/>
        </w:rPr>
        <w:t>Sede di Taormina: C.da Arancio – Tel. 0942-50202 – Cod. Fisc. 96005600832 – Cod. Mecc. MEIS03300G</w:t>
      </w:r>
      <w:r>
        <w:rPr>
          <w:rFonts w:ascii="Arial" w:hAnsi="Arial"/>
          <w:color w:val="444444"/>
          <w:sz w:val="17"/>
        </w:rPr>
        <w:br/>
        <w:t>Email: meis03300g@istruzione.it – PEC: meis03300g@pec.istruzione.it</w:t>
      </w:r>
    </w:p>
    <w:p w14:paraId="29ACE222" w14:textId="77777777" w:rsidR="0006587E" w:rsidRDefault="0006587E">
      <w:pPr>
        <w:pBdr>
          <w:bottom w:val="single" w:sz="12" w:space="1" w:color="1A365D"/>
        </w:pBdr>
      </w:pPr>
    </w:p>
    <w:p w14:paraId="686BEDEB" w14:textId="77777777" w:rsidR="0006587E" w:rsidRDefault="00EA25CB">
      <w:pPr>
        <w:spacing w:after="60"/>
        <w:jc w:val="center"/>
      </w:pPr>
      <w:r>
        <w:rPr>
          <w:rFonts w:ascii="Arial" w:hAnsi="Arial"/>
          <w:b/>
          <w:color w:val="1A365D"/>
          <w:sz w:val="23"/>
        </w:rPr>
        <w:t>ALLEGATO 6 – INFORMATIVA E DICHIARAZIONE DI SCELTA RELATIVA AL FONDO PENSIONE COMPLEMENTARE ESPERO</w:t>
      </w:r>
    </w:p>
    <w:p w14:paraId="0F9339B9" w14:textId="77777777" w:rsidR="0006587E" w:rsidRDefault="00EA25CB">
      <w:pPr>
        <w:jc w:val="center"/>
      </w:pPr>
      <w:r>
        <w:rPr>
          <w:rFonts w:ascii="Arial" w:hAnsi="Arial"/>
          <w:i/>
          <w:color w:val="555555"/>
          <w:sz w:val="17"/>
        </w:rPr>
        <w:t>Destinata al personale docente, educativo e A.T.A. assunto a tempo indeterminato o determinato</w:t>
      </w:r>
      <w:r>
        <w:rPr>
          <w:rFonts w:ascii="Arial" w:hAnsi="Arial"/>
          <w:i/>
          <w:color w:val="555555"/>
          <w:sz w:val="17"/>
        </w:rPr>
        <w:br/>
        <w:t>(Informativa MIM / Fondo Espero – Accordo Quadro del 16/11/2023)</w:t>
      </w:r>
    </w:p>
    <w:p w14:paraId="1E1A3085" w14:textId="77777777" w:rsidR="0006587E" w:rsidRDefault="00EA25CB">
      <w:pPr>
        <w:spacing w:before="80" w:after="60"/>
      </w:pPr>
      <w:r>
        <w:rPr>
          <w:rFonts w:ascii="Arial" w:hAnsi="Arial"/>
          <w:b/>
          <w:color w:val="1A365D"/>
          <w:sz w:val="19"/>
        </w:rPr>
        <w:t>SEZIONE I – INFORMATIVA SULLA PREVIDENZA COMPLEMENTARE (FONDO ESPERO)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19"/>
      </w:tblGrid>
      <w:tr w:rsidR="0006587E" w14:paraId="1A3E18A1" w14:textId="77777777">
        <w:trPr>
          <w:jc w:val="center"/>
        </w:trPr>
        <w:tc>
          <w:tcPr>
            <w:tcW w:w="9749" w:type="dxa"/>
            <w:tcBorders>
              <w:top w:val="single" w:sz="4" w:space="0" w:color="CBD5E0"/>
              <w:left w:val="single" w:sz="20" w:space="0" w:color="1A365D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C42EA3" w14:textId="77777777" w:rsidR="0006587E" w:rsidRDefault="00EA25CB">
            <w:pPr>
              <w:spacing w:after="0"/>
            </w:pPr>
            <w:r>
              <w:rPr>
                <w:sz w:val="17"/>
              </w:rPr>
              <w:t>Ai sensi della normativa vigente e dell'Accordo ARAN-OOSS del 16/11/2023, il personale della scuola ha la facoltà di aderire al Fondo Pensione Complementare ESPERO (Fondo Nazionale Pensione Complementare per i lavoratori della scuola).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• Contributo del datore di lavoro: L'adesione dà diritto al contributo aggiuntivo a carico dello Stato (pari all'1% della retribuzione utile al TFR).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t>• Contributo del lavoratore: A carico del lavoratore è previsto un contributo minimo (1%), oltre alla quota TFR.</w:t>
            </w:r>
            <w:r>
              <w:rPr>
                <w:sz w:val="17"/>
              </w:rPr>
              <w:br/>
              <w:t>• Silenzio-Assenso (per i neo-assunti dal 01/01/2019): Per i dipendenti assunti a tempo indeterminato a decorre dal 1° gennaio 2019, trascorsi 9 mesi dalla data di assunzione senza che sia stata resa alcuna dichiarazione espressa, scatta l'adesione tacita al Fondo (meccanismo del silenzio-assenso).</w:t>
            </w:r>
          </w:p>
        </w:tc>
      </w:tr>
    </w:tbl>
    <w:p w14:paraId="5B43A43D" w14:textId="77777777" w:rsidR="0006587E" w:rsidRDefault="0006587E">
      <w:pPr>
        <w:spacing w:after="80"/>
      </w:pPr>
    </w:p>
    <w:p w14:paraId="4D00AA80" w14:textId="77777777" w:rsidR="0006587E" w:rsidRDefault="00EA25CB">
      <w:pPr>
        <w:spacing w:before="120" w:after="60"/>
      </w:pPr>
      <w:r>
        <w:rPr>
          <w:rFonts w:ascii="Arial" w:hAnsi="Arial"/>
          <w:b/>
          <w:color w:val="1A365D"/>
          <w:sz w:val="19"/>
        </w:rPr>
        <w:t>SEZIONE II – ANAGRAFICA DEL DIPENDENTE</w:t>
      </w:r>
    </w:p>
    <w:p w14:paraId="2D99D162" w14:textId="77777777" w:rsidR="0006587E" w:rsidRDefault="00EA25CB">
      <w:pPr>
        <w:spacing w:after="60"/>
      </w:pPr>
      <w:r>
        <w:rPr>
          <w:sz w:val="19"/>
        </w:rPr>
        <w:t>Il/La sottoscritto/a ....................................................................................................................................................................</w:t>
      </w:r>
    </w:p>
    <w:p w14:paraId="01027120" w14:textId="77777777" w:rsidR="0006587E" w:rsidRDefault="00EA25CB">
      <w:pPr>
        <w:spacing w:after="60"/>
      </w:pPr>
      <w:r>
        <w:rPr>
          <w:sz w:val="19"/>
        </w:rPr>
        <w:t>Nato/a a ................................................................................. (Prov. ........) il ....................................................................</w:t>
      </w:r>
    </w:p>
    <w:p w14:paraId="55BA87E7" w14:textId="77777777" w:rsidR="0006587E" w:rsidRDefault="00EA25CB">
      <w:pPr>
        <w:spacing w:after="60"/>
      </w:pPr>
      <w:r>
        <w:rPr>
          <w:sz w:val="19"/>
        </w:rPr>
        <w:t>Codice Fiscale ....................................................................................................................................................................</w:t>
      </w:r>
    </w:p>
    <w:p w14:paraId="6FFC9A5C" w14:textId="77777777" w:rsidR="0006587E" w:rsidRDefault="00EA25CB">
      <w:pPr>
        <w:spacing w:after="60"/>
      </w:pPr>
      <w:r>
        <w:rPr>
          <w:sz w:val="19"/>
        </w:rPr>
        <w:t>Qualifica/Profilo: ☐ Docente   ☐ Personale A.T.A.   -   Tipo contratto: ☐ Tempo Indeterminato   ☐ Tempo Determinato</w:t>
      </w:r>
    </w:p>
    <w:p w14:paraId="48BAA0E0" w14:textId="77777777" w:rsidR="0006587E" w:rsidRDefault="00EA25CB">
      <w:pPr>
        <w:spacing w:after="60"/>
      </w:pPr>
      <w:r>
        <w:rPr>
          <w:sz w:val="19"/>
        </w:rPr>
        <w:t>Data assunzione in servizio presso l'Istituto: .......................................................................................................................</w:t>
      </w:r>
    </w:p>
    <w:p w14:paraId="3ABA891E" w14:textId="77777777" w:rsidR="0006587E" w:rsidRDefault="00EA25CB">
      <w:pPr>
        <w:spacing w:before="160" w:after="80"/>
      </w:pPr>
      <w:r>
        <w:rPr>
          <w:rFonts w:ascii="Arial" w:hAnsi="Arial"/>
          <w:b/>
          <w:color w:val="1A365D"/>
          <w:sz w:val="19"/>
        </w:rPr>
        <w:t>SEZIONE III – DICHIARAZIONE E MANIFESTAZIONE DI VOLONTÀ</w:t>
      </w:r>
    </w:p>
    <w:p w14:paraId="212B1247" w14:textId="77777777" w:rsidR="0006587E" w:rsidRDefault="00EA25CB">
      <w:pPr>
        <w:spacing w:after="120"/>
      </w:pPr>
      <w:r>
        <w:t>Il/La sottoscritto/a dichiara di aver ricevuto l'informativa relativa al Fondo di Previdenza Complementare ESPERO e dichiara la seguente volontà (barrare la casella di interesse):</w:t>
      </w:r>
    </w:p>
    <w:p w14:paraId="0C68E11F" w14:textId="77777777" w:rsidR="0006587E" w:rsidRDefault="00EA25CB">
      <w:pPr>
        <w:spacing w:after="80"/>
        <w:ind w:left="288"/>
      </w:pPr>
      <w:r>
        <w:rPr>
          <w:b/>
          <w:sz w:val="19"/>
        </w:rPr>
        <w:t>OPZIONE A – ADESIONE ESPRESSA</w:t>
      </w:r>
      <w:r>
        <w:rPr>
          <w:b/>
          <w:sz w:val="19"/>
        </w:rPr>
        <w:br/>
      </w:r>
      <w:r>
        <w:rPr>
          <w:sz w:val="19"/>
        </w:rPr>
        <w:t>☐</w:t>
      </w:r>
      <w:r>
        <w:rPr>
          <w:sz w:val="19"/>
        </w:rPr>
        <w:t xml:space="preserve"> DICHIARA di voler ADERIRE ESPRESSAMENTE al Fondo di Previdenza Complementare ESPERO e si impegna a sottoscrivere la modulistica di adesione online/cartacea entro i termini stabiliti.</w:t>
      </w:r>
    </w:p>
    <w:p w14:paraId="2E912600" w14:textId="77777777" w:rsidR="0006587E" w:rsidRDefault="00EA25CB">
      <w:pPr>
        <w:spacing w:after="80"/>
        <w:ind w:left="288"/>
      </w:pPr>
      <w:r>
        <w:rPr>
          <w:b/>
          <w:sz w:val="19"/>
        </w:rPr>
        <w:t>OPZIONE B – MANIFESTATO DISINTERESSE / NON ADESIONE</w:t>
      </w:r>
      <w:r>
        <w:rPr>
          <w:b/>
          <w:sz w:val="19"/>
        </w:rPr>
        <w:br/>
      </w:r>
      <w:r>
        <w:rPr>
          <w:sz w:val="19"/>
        </w:rPr>
        <w:t>☐</w:t>
      </w:r>
      <w:r>
        <w:rPr>
          <w:sz w:val="19"/>
        </w:rPr>
        <w:t xml:space="preserve"> DICHIARA di NON voler ADERIRE al Fondo ESPERO e di voler mantenere il proprio TFR presso l'Inps secondo il regime previsto dalla normativa vigente, consapevole delle modalità previste per la previdenza complementare.</w:t>
      </w:r>
    </w:p>
    <w:p w14:paraId="116B8945" w14:textId="77777777" w:rsidR="0006587E" w:rsidRDefault="00EA25CB">
      <w:pPr>
        <w:spacing w:after="160"/>
        <w:ind w:left="288"/>
      </w:pPr>
      <w:r>
        <w:rPr>
          <w:b/>
          <w:sz w:val="19"/>
        </w:rPr>
        <w:t>OPZIONE C – GIÀ ISCRITTO</w:t>
      </w:r>
      <w:r>
        <w:rPr>
          <w:b/>
          <w:sz w:val="19"/>
        </w:rPr>
        <w:br/>
      </w:r>
      <w:r>
        <w:rPr>
          <w:sz w:val="19"/>
        </w:rPr>
        <w:t>☐</w:t>
      </w:r>
      <w:r>
        <w:rPr>
          <w:sz w:val="19"/>
        </w:rPr>
        <w:t xml:space="preserve"> DICHIARA di essere GIÀ ISCRITTO/A al Fondo di Previdenza Complementare ESPERO a far data dal 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7"/>
        <w:gridCol w:w="4867"/>
      </w:tblGrid>
      <w:tr w:rsidR="0006587E" w14:paraId="70FCA811" w14:textId="77777777">
        <w:trPr>
          <w:jc w:val="center"/>
        </w:trPr>
        <w:tc>
          <w:tcPr>
            <w:tcW w:w="4867" w:type="dxa"/>
          </w:tcPr>
          <w:p w14:paraId="657DE98A" w14:textId="77777777" w:rsidR="0006587E" w:rsidRDefault="00EA25CB">
            <w:r>
              <w:t>Luogo e Data</w:t>
            </w:r>
            <w:r>
              <w:br/>
            </w:r>
            <w:r>
              <w:br/>
              <w:t>Taormina, ........................................</w:t>
            </w:r>
          </w:p>
        </w:tc>
        <w:tc>
          <w:tcPr>
            <w:tcW w:w="4867" w:type="dxa"/>
          </w:tcPr>
          <w:p w14:paraId="2A754C4B" w14:textId="77777777" w:rsidR="0006587E" w:rsidRDefault="00EA25CB">
            <w:pPr>
              <w:jc w:val="center"/>
            </w:pPr>
            <w:r>
              <w:rPr>
                <w:b/>
              </w:rPr>
              <w:t>Firma leggibile del dipendente</w:t>
            </w:r>
            <w:r>
              <w:rPr>
                <w:b/>
              </w:rPr>
              <w:br/>
            </w:r>
            <w:r>
              <w:rPr>
                <w:i/>
                <w:sz w:val="16"/>
              </w:rPr>
              <w:t>(per presa visione dell'informativa e scelta resa)</w:t>
            </w:r>
            <w:r>
              <w:rPr>
                <w:i/>
                <w:sz w:val="16"/>
              </w:rPr>
              <w:br/>
            </w:r>
            <w:r>
              <w:rPr>
                <w:i/>
                <w:sz w:val="16"/>
              </w:rPr>
              <w:br/>
            </w:r>
            <w:r>
              <w:t>.........................................................................</w:t>
            </w:r>
          </w:p>
        </w:tc>
      </w:tr>
    </w:tbl>
    <w:p w14:paraId="27C897AD" w14:textId="77777777" w:rsidR="0006587E" w:rsidRDefault="00EA25CB">
      <w:pPr>
        <w:spacing w:before="240" w:after="40"/>
      </w:pPr>
      <w:r>
        <w:rPr>
          <w:rFonts w:ascii="Arial" w:hAnsi="Arial"/>
          <w:b/>
          <w:sz w:val="18"/>
        </w:rPr>
        <w:t>RICEVUTA DELLA SEGRETERIA SCOLASTICA</w:t>
      </w:r>
    </w:p>
    <w:p w14:paraId="556F994B" w14:textId="77777777" w:rsidR="0006587E" w:rsidRDefault="00EA25CB">
      <w:pPr>
        <w:spacing w:after="120"/>
      </w:pPr>
      <w:r>
        <w:rPr>
          <w:sz w:val="17"/>
        </w:rPr>
        <w:t>Si attesta che la presente informativa con contestuale dichiarazione di opzione è stata ricevuta e assunta al protocollo dell'Istituto in data .................................... con N. Prot. ....................................</w:t>
      </w:r>
    </w:p>
    <w:p w14:paraId="3558BD18" w14:textId="77777777" w:rsidR="0006587E" w:rsidRDefault="00EA25CB">
      <w:pPr>
        <w:spacing w:after="160"/>
        <w:jc w:val="right"/>
      </w:pPr>
      <w:r>
        <w:rPr>
          <w:sz w:val="17"/>
        </w:rPr>
        <w:t>L'Operatore di Segreteria / Il Dirigente Scolastico</w:t>
      </w:r>
      <w:r>
        <w:rPr>
          <w:sz w:val="17"/>
        </w:rPr>
        <w:br/>
      </w:r>
      <w:r>
        <w:rPr>
          <w:sz w:val="17"/>
        </w:rPr>
        <w:t>....................................................................................</w:t>
      </w:r>
    </w:p>
    <w:p w14:paraId="285B1C4F" w14:textId="77777777" w:rsidR="0006587E" w:rsidRDefault="00EA25CB">
      <w:pPr>
        <w:pBdr>
          <w:top w:val="single" w:sz="4" w:space="4" w:color="E2E8F0"/>
        </w:pBdr>
        <w:spacing w:before="200" w:after="0"/>
      </w:pPr>
      <w:r>
        <w:rPr>
          <w:b/>
          <w:color w:val="718096"/>
          <w:sz w:val="14"/>
        </w:rPr>
        <w:t xml:space="preserve">Informativa privacy (Art. 13-14 Regolamento UE 2016/679 - GDPR): </w:t>
      </w:r>
      <w:r>
        <w:rPr>
          <w:color w:val="718096"/>
          <w:sz w:val="14"/>
        </w:rPr>
        <w:t>I dati personali forniti con la presente dichiarazione saranno trattati esclusivamente per l'adempimento degli obblighi di legge e contrattuali inerenti la gestione della previdenza complementare e del rapporto di lavoro (Regolamento UE 2016/679).</w:t>
      </w:r>
    </w:p>
    <w:sectPr w:rsidR="0006587E" w:rsidSect="00034616">
      <w:pgSz w:w="11909" w:h="16834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2168959">
    <w:abstractNumId w:val="8"/>
  </w:num>
  <w:num w:numId="2" w16cid:durableId="1974166571">
    <w:abstractNumId w:val="6"/>
  </w:num>
  <w:num w:numId="3" w16cid:durableId="1239635535">
    <w:abstractNumId w:val="5"/>
  </w:num>
  <w:num w:numId="4" w16cid:durableId="1130593629">
    <w:abstractNumId w:val="4"/>
  </w:num>
  <w:num w:numId="5" w16cid:durableId="1410738017">
    <w:abstractNumId w:val="7"/>
  </w:num>
  <w:num w:numId="6" w16cid:durableId="745883881">
    <w:abstractNumId w:val="3"/>
  </w:num>
  <w:num w:numId="7" w16cid:durableId="2057117433">
    <w:abstractNumId w:val="2"/>
  </w:num>
  <w:num w:numId="8" w16cid:durableId="285308642">
    <w:abstractNumId w:val="1"/>
  </w:num>
  <w:num w:numId="9" w16cid:durableId="26353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7E"/>
    <w:rsid w:val="0015074B"/>
    <w:rsid w:val="0029639D"/>
    <w:rsid w:val="00326F90"/>
    <w:rsid w:val="00947735"/>
    <w:rsid w:val="00AA1D8D"/>
    <w:rsid w:val="00B47730"/>
    <w:rsid w:val="00CB0664"/>
    <w:rsid w:val="00D03159"/>
    <w:rsid w:val="00EA25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43E8A"/>
  <w14:defaultImageDpi w14:val="300"/>
  <w15:docId w15:val="{7524531C-7129-40D3-AD04-D0D83E98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color w:val="111111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 Magaraci</cp:lastModifiedBy>
  <cp:revision>2</cp:revision>
  <dcterms:created xsi:type="dcterms:W3CDTF">2026-08-25T08:01:00Z</dcterms:created>
  <dcterms:modified xsi:type="dcterms:W3CDTF">2026-08-25T08:01:00Z</dcterms:modified>
  <cp:category/>
</cp:coreProperties>
</file>